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5E8B" w:rsidRPr="00716F5F" w:rsidRDefault="00716F5F" w:rsidP="00716F5F">
      <w:pPr>
        <w:rPr>
          <w:rFonts w:ascii="Times New Roman" w:hAnsi="Times New Roman" w:cs="Times New Roman"/>
          <w:sz w:val="24"/>
          <w:szCs w:val="24"/>
        </w:rPr>
      </w:pPr>
      <w:r w:rsidRPr="00716F5F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                                                                                  </w:t>
      </w:r>
      <w:r w:rsidRPr="00716F5F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716F5F">
        <w:rPr>
          <w:rFonts w:ascii="Times New Roman" w:hAnsi="Times New Roman" w:cs="Times New Roman"/>
          <w:sz w:val="24"/>
          <w:szCs w:val="24"/>
        </w:rPr>
        <w:t>miejscowość</w:t>
      </w:r>
      <w:proofErr w:type="spellEnd"/>
      <w:r w:rsidRPr="00716F5F">
        <w:rPr>
          <w:rFonts w:ascii="Times New Roman" w:hAnsi="Times New Roman" w:cs="Times New Roman"/>
          <w:sz w:val="24"/>
          <w:szCs w:val="24"/>
        </w:rPr>
        <w:t>, data]</w:t>
      </w:r>
    </w:p>
    <w:p w:rsidR="00795E8B" w:rsidRPr="00716F5F" w:rsidRDefault="00716F5F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[adres wnioskodawcy]</w:t>
      </w:r>
    </w:p>
    <w:p w:rsidR="00795E8B" w:rsidRPr="00716F5F" w:rsidRDefault="00795E8B">
      <w:pPr>
        <w:rPr>
          <w:rFonts w:ascii="Times New Roman" w:hAnsi="Times New Roman" w:cs="Times New Roman"/>
          <w:sz w:val="24"/>
          <w:szCs w:val="24"/>
          <w:lang w:val="pl-PL"/>
        </w:rPr>
      </w:pPr>
    </w:p>
    <w:p w:rsidR="00795E8B" w:rsidRPr="00716F5F" w:rsidRDefault="00716F5F" w:rsidP="00716F5F">
      <w:pPr>
        <w:jc w:val="right"/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WÓJT GMINY CZERWIN</w:t>
      </w:r>
    </w:p>
    <w:p w:rsidR="00795E8B" w:rsidRPr="00716F5F" w:rsidRDefault="00795E8B">
      <w:pPr>
        <w:rPr>
          <w:rFonts w:ascii="Times New Roman" w:hAnsi="Times New Roman" w:cs="Times New Roman"/>
          <w:sz w:val="24"/>
          <w:szCs w:val="24"/>
          <w:lang w:val="pl-PL"/>
        </w:rPr>
      </w:pPr>
    </w:p>
    <w:p w:rsidR="00795E8B" w:rsidRPr="00716F5F" w:rsidRDefault="00716F5F" w:rsidP="00716F5F">
      <w:pPr>
        <w:pStyle w:val="Nagwek1"/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bookmarkStart w:id="0" w:name="_GoBack"/>
      <w:r w:rsidRPr="00716F5F">
        <w:rPr>
          <w:rFonts w:ascii="Times New Roman" w:hAnsi="Times New Roman" w:cs="Times New Roman"/>
          <w:sz w:val="24"/>
          <w:szCs w:val="24"/>
          <w:lang w:val="pl-PL"/>
        </w:rPr>
        <w:t>Wniosek</w:t>
      </w:r>
      <w:r w:rsidRPr="00716F5F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716F5F">
        <w:rPr>
          <w:rFonts w:ascii="Times New Roman" w:hAnsi="Times New Roman" w:cs="Times New Roman"/>
          <w:sz w:val="24"/>
          <w:szCs w:val="24"/>
          <w:lang w:val="pl-PL"/>
        </w:rPr>
        <w:t>o zatwierdzenie podziału nieruchomości</w:t>
      </w:r>
    </w:p>
    <w:bookmarkEnd w:id="0"/>
    <w:p w:rsidR="00795E8B" w:rsidRPr="00716F5F" w:rsidRDefault="00716F5F">
      <w:pPr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(objętej decyzją o</w:t>
      </w:r>
      <w:r w:rsidRPr="00716F5F">
        <w:rPr>
          <w:rFonts w:ascii="Times New Roman" w:hAnsi="Times New Roman" w:cs="Times New Roman"/>
          <w:sz w:val="24"/>
          <w:szCs w:val="24"/>
          <w:lang w:val="pl-PL"/>
        </w:rPr>
        <w:t xml:space="preserve"> warunkach zabudowy i zagospodarowania terenu)</w:t>
      </w:r>
    </w:p>
    <w:p w:rsidR="00795E8B" w:rsidRPr="00716F5F" w:rsidRDefault="00716F5F" w:rsidP="00716F5F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 xml:space="preserve">Na podstawie art. 96 ust. 1 i art. 97 ust. 1 i 1a pkt 1–4 w zw. z art. 94 ust. 1 pkt 2 ustawy z 21.8.1997 r. o gospodarce nieruchomościami (t. j. Dz. U. z 2024 r., poz. 1145 z </w:t>
      </w:r>
      <w:proofErr w:type="spellStart"/>
      <w:r w:rsidRPr="00716F5F">
        <w:rPr>
          <w:rFonts w:ascii="Times New Roman" w:hAnsi="Times New Roman" w:cs="Times New Roman"/>
          <w:sz w:val="24"/>
          <w:szCs w:val="24"/>
          <w:lang w:val="pl-PL"/>
        </w:rPr>
        <w:t>późn</w:t>
      </w:r>
      <w:proofErr w:type="spellEnd"/>
      <w:r w:rsidRPr="00716F5F">
        <w:rPr>
          <w:rFonts w:ascii="Times New Roman" w:hAnsi="Times New Roman" w:cs="Times New Roman"/>
          <w:sz w:val="24"/>
          <w:szCs w:val="24"/>
          <w:lang w:val="pl-PL"/>
        </w:rPr>
        <w:t>. zm.) oraz § 2 ust. 2 rozpor</w:t>
      </w:r>
      <w:r w:rsidRPr="00716F5F">
        <w:rPr>
          <w:rFonts w:ascii="Times New Roman" w:hAnsi="Times New Roman" w:cs="Times New Roman"/>
          <w:sz w:val="24"/>
          <w:szCs w:val="24"/>
          <w:lang w:val="pl-PL"/>
        </w:rPr>
        <w:t>ządzenia Rady Ministrów z 7.12.2004 r. w sprawie sposobu i trybu dokonywania podziałów nieruchomości (Dz. U. Nr 268, poz. 2663), wnoszę o zatwierdzenie podziału nieruchomości położonej w [miejscowość], przy ul. [nazwa ulicy], obręb [obręb], o pow. [powierz</w:t>
      </w:r>
      <w:r w:rsidRPr="00716F5F">
        <w:rPr>
          <w:rFonts w:ascii="Times New Roman" w:hAnsi="Times New Roman" w:cs="Times New Roman"/>
          <w:sz w:val="24"/>
          <w:szCs w:val="24"/>
          <w:lang w:val="pl-PL"/>
        </w:rPr>
        <w:t>chnia działki] ha, poprzez wydzielenie działek gruntu, oznaczonych nr [nr działek], w sposób przedstawiony na załączonym do niniejszego wniosku wstępnym projekcie podziału nieruchomości.</w:t>
      </w:r>
    </w:p>
    <w:p w:rsidR="00795E8B" w:rsidRPr="00716F5F" w:rsidRDefault="00716F5F" w:rsidP="00716F5F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Powołana nieruchomość jest objęta decyzją o warunkach zabudowy i zago</w:t>
      </w:r>
      <w:r w:rsidRPr="00716F5F">
        <w:rPr>
          <w:rFonts w:ascii="Times New Roman" w:hAnsi="Times New Roman" w:cs="Times New Roman"/>
          <w:sz w:val="24"/>
          <w:szCs w:val="24"/>
          <w:lang w:val="pl-PL"/>
        </w:rPr>
        <w:t>spodarowania terenu z dnia [data decyzji], Nr [numer decyzji], wydaną przez [organ wydający decyzję], w której ustalono warunki zabudowy dla inwestycji polegającej na [rodzaj inwestycji].</w:t>
      </w:r>
    </w:p>
    <w:p w:rsidR="00795E8B" w:rsidRPr="00716F5F" w:rsidRDefault="00716F5F" w:rsidP="00716F5F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Projektowana do wydzielenia działka gruntu będzie miała zapewniony d</w:t>
      </w:r>
      <w:r w:rsidRPr="00716F5F">
        <w:rPr>
          <w:rFonts w:ascii="Times New Roman" w:hAnsi="Times New Roman" w:cs="Times New Roman"/>
          <w:sz w:val="24"/>
          <w:szCs w:val="24"/>
          <w:lang w:val="pl-PL"/>
        </w:rPr>
        <w:t>ostęp do drogi publicznej poprzez [opis dostępu do drogi publicznej].</w:t>
      </w:r>
    </w:p>
    <w:p w:rsidR="00795E8B" w:rsidRPr="00716F5F" w:rsidRDefault="00795E8B">
      <w:pPr>
        <w:rPr>
          <w:rFonts w:ascii="Times New Roman" w:hAnsi="Times New Roman" w:cs="Times New Roman"/>
          <w:sz w:val="24"/>
          <w:szCs w:val="24"/>
          <w:lang w:val="pl-PL"/>
        </w:rPr>
      </w:pPr>
    </w:p>
    <w:p w:rsidR="00795E8B" w:rsidRPr="00716F5F" w:rsidRDefault="00716F5F">
      <w:pPr>
        <w:jc w:val="right"/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..............................................................</w:t>
      </w:r>
    </w:p>
    <w:p w:rsidR="00795E8B" w:rsidRPr="00716F5F" w:rsidRDefault="00716F5F">
      <w:pPr>
        <w:jc w:val="right"/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[podpis wnioskodawcy]</w:t>
      </w:r>
    </w:p>
    <w:p w:rsidR="00795E8B" w:rsidRPr="00716F5F" w:rsidRDefault="00795E8B">
      <w:pPr>
        <w:rPr>
          <w:rFonts w:ascii="Times New Roman" w:hAnsi="Times New Roman" w:cs="Times New Roman"/>
          <w:sz w:val="24"/>
          <w:szCs w:val="24"/>
          <w:lang w:val="pl-PL"/>
        </w:rPr>
      </w:pPr>
    </w:p>
    <w:p w:rsidR="00795E8B" w:rsidRPr="00716F5F" w:rsidRDefault="00716F5F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Załączniki:</w:t>
      </w:r>
    </w:p>
    <w:p w:rsidR="00795E8B" w:rsidRPr="00716F5F" w:rsidRDefault="00716F5F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• Odpis z księgi wieczystej Nr .............. / albo oświadczenie .....................</w:t>
      </w:r>
      <w:r w:rsidRPr="00716F5F">
        <w:rPr>
          <w:rFonts w:ascii="Times New Roman" w:hAnsi="Times New Roman" w:cs="Times New Roman"/>
          <w:sz w:val="24"/>
          <w:szCs w:val="24"/>
          <w:lang w:val="pl-PL"/>
        </w:rPr>
        <w:t>..............</w:t>
      </w:r>
    </w:p>
    <w:p w:rsidR="00795E8B" w:rsidRPr="00716F5F" w:rsidRDefault="00716F5F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• Wypis z ewidencji gruntów i budynków,</w:t>
      </w:r>
    </w:p>
    <w:p w:rsidR="00795E8B" w:rsidRPr="00716F5F" w:rsidRDefault="00716F5F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t>• Kopia mapy katastralnej obejmującej nieruchomość podlegającą podziałowi,</w:t>
      </w:r>
    </w:p>
    <w:p w:rsidR="00795E8B" w:rsidRPr="00716F5F" w:rsidRDefault="00716F5F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716F5F">
        <w:rPr>
          <w:rFonts w:ascii="Times New Roman" w:hAnsi="Times New Roman" w:cs="Times New Roman"/>
          <w:sz w:val="24"/>
          <w:szCs w:val="24"/>
          <w:lang w:val="pl-PL"/>
        </w:rPr>
        <w:lastRenderedPageBreak/>
        <w:t>• Decyzja o warunkach zabudowy i zagospodarowania terenu,</w:t>
      </w:r>
    </w:p>
    <w:p w:rsidR="00795E8B" w:rsidRPr="00716F5F" w:rsidRDefault="00716F5F">
      <w:pPr>
        <w:rPr>
          <w:rFonts w:ascii="Times New Roman" w:hAnsi="Times New Roman" w:cs="Times New Roman"/>
          <w:sz w:val="24"/>
          <w:szCs w:val="24"/>
        </w:rPr>
      </w:pPr>
      <w:r w:rsidRPr="00716F5F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716F5F">
        <w:rPr>
          <w:rFonts w:ascii="Times New Roman" w:hAnsi="Times New Roman" w:cs="Times New Roman"/>
          <w:sz w:val="24"/>
          <w:szCs w:val="24"/>
        </w:rPr>
        <w:t>Wstępny</w:t>
      </w:r>
      <w:proofErr w:type="spellEnd"/>
      <w:r w:rsidRPr="00716F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F5F">
        <w:rPr>
          <w:rFonts w:ascii="Times New Roman" w:hAnsi="Times New Roman" w:cs="Times New Roman"/>
          <w:sz w:val="24"/>
          <w:szCs w:val="24"/>
        </w:rPr>
        <w:t>projekt</w:t>
      </w:r>
      <w:proofErr w:type="spellEnd"/>
      <w:r w:rsidRPr="00716F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F5F">
        <w:rPr>
          <w:rFonts w:ascii="Times New Roman" w:hAnsi="Times New Roman" w:cs="Times New Roman"/>
          <w:sz w:val="24"/>
          <w:szCs w:val="24"/>
        </w:rPr>
        <w:t>podziału</w:t>
      </w:r>
      <w:proofErr w:type="spellEnd"/>
      <w:r w:rsidRPr="00716F5F">
        <w:rPr>
          <w:rFonts w:ascii="Times New Roman" w:hAnsi="Times New Roman" w:cs="Times New Roman"/>
          <w:sz w:val="24"/>
          <w:szCs w:val="24"/>
        </w:rPr>
        <w:t>,</w:t>
      </w:r>
    </w:p>
    <w:p w:rsidR="00795E8B" w:rsidRPr="00716F5F" w:rsidRDefault="00716F5F">
      <w:pPr>
        <w:rPr>
          <w:rFonts w:ascii="Times New Roman" w:hAnsi="Times New Roman" w:cs="Times New Roman"/>
          <w:sz w:val="24"/>
          <w:szCs w:val="24"/>
        </w:rPr>
      </w:pPr>
      <w:r w:rsidRPr="00716F5F">
        <w:rPr>
          <w:rFonts w:ascii="Times New Roman" w:hAnsi="Times New Roman" w:cs="Times New Roman"/>
          <w:sz w:val="24"/>
          <w:szCs w:val="24"/>
        </w:rPr>
        <w:t>• ......................................</w:t>
      </w:r>
      <w:r w:rsidRPr="00716F5F">
        <w:rPr>
          <w:rFonts w:ascii="Times New Roman" w:hAnsi="Times New Roman" w:cs="Times New Roman"/>
          <w:sz w:val="24"/>
          <w:szCs w:val="24"/>
        </w:rPr>
        <w:t>........................</w:t>
      </w:r>
    </w:p>
    <w:sectPr w:rsidR="00795E8B" w:rsidRPr="00716F5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16F5F"/>
    <w:rsid w:val="00795E8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DBB42A"/>
  <w14:defaultImageDpi w14:val="300"/>
  <w15:docId w15:val="{3149B7D9-2604-47F8-A865-F58930B22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C79E16F-99F9-45AB-85D1-A76A2AEF9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Patrycja Żebrowska</cp:lastModifiedBy>
  <cp:revision>2</cp:revision>
  <dcterms:created xsi:type="dcterms:W3CDTF">2025-10-06T12:55:00Z</dcterms:created>
  <dcterms:modified xsi:type="dcterms:W3CDTF">2025-10-06T12:55:00Z</dcterms:modified>
  <cp:category/>
</cp:coreProperties>
</file>