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0C986" w14:textId="77777777" w:rsidR="006072CA" w:rsidRPr="00C018E8" w:rsidRDefault="006072CA" w:rsidP="00C018E8">
      <w:pPr>
        <w:spacing w:after="0"/>
        <w:jc w:val="both"/>
        <w:rPr>
          <w:rFonts w:ascii="Aptos" w:hAnsi="Aptos"/>
          <w:b/>
          <w:bCs/>
          <w:lang w:val="pl-PL"/>
        </w:rPr>
      </w:pPr>
    </w:p>
    <w:tbl>
      <w:tblPr>
        <w:tblStyle w:val="Tabela-Siatka1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C018E8" w:rsidRPr="00C018E8" w14:paraId="0EFC90E2" w14:textId="77777777" w:rsidTr="006072CA">
        <w:tc>
          <w:tcPr>
            <w:tcW w:w="9351" w:type="dxa"/>
            <w:tcBorders>
              <w:bottom w:val="single" w:sz="4" w:space="0" w:color="auto"/>
            </w:tcBorders>
          </w:tcPr>
          <w:p w14:paraId="3B401D57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25B26661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67C25B3C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26330968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</w:tc>
      </w:tr>
      <w:tr w:rsidR="00C018E8" w:rsidRPr="00C018E8" w14:paraId="100572DF" w14:textId="77777777" w:rsidTr="006072CA">
        <w:tc>
          <w:tcPr>
            <w:tcW w:w="93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4EE720" w14:textId="77777777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(imię i nazwisko, adres, PESEL albo nazwa, adres siedziby, NIP, REGON) </w:t>
            </w:r>
          </w:p>
        </w:tc>
      </w:tr>
    </w:tbl>
    <w:p w14:paraId="3C1489FD" w14:textId="12A8371A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</w:t>
      </w:r>
    </w:p>
    <w:p w14:paraId="7AFE727E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                   </w:t>
      </w:r>
    </w:p>
    <w:p w14:paraId="2A32D22C" w14:textId="495B350A" w:rsidR="00C018E8" w:rsidRPr="00C018E8" w:rsidRDefault="00C018E8" w:rsidP="006072CA">
      <w:pPr>
        <w:spacing w:after="0" w:line="240" w:lineRule="auto"/>
        <w:jc w:val="center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b/>
          <w:bCs/>
          <w:kern w:val="2"/>
          <w:lang w:val="pl-PL"/>
          <w14:ligatures w14:val="standardContextual"/>
        </w:rPr>
        <w:t>Oświadczenie</w:t>
      </w:r>
    </w:p>
    <w:p w14:paraId="7AB5BAFF" w14:textId="77777777" w:rsidR="00C018E8" w:rsidRPr="00C018E8" w:rsidRDefault="00C018E8" w:rsidP="006072CA">
      <w:pPr>
        <w:spacing w:after="0" w:line="240" w:lineRule="auto"/>
        <w:jc w:val="center"/>
        <w:rPr>
          <w:rFonts w:ascii="Aptos" w:eastAsia="Aptos" w:hAnsi="Aptos" w:cs="Times New Roman"/>
          <w:b/>
          <w:bCs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b/>
          <w:bCs/>
          <w:kern w:val="2"/>
          <w:lang w:val="pl-PL"/>
          <w14:ligatures w14:val="standardContextual"/>
        </w:rPr>
        <w:t>właściciela lub współwłaściciela nieruchomości, że wyraża zgodę na realizację operacji bezpośrednio związanej z nieruchomością, jeżeli operacja realizowana jest na nieruchomości będącej w posiadaniu zależnym lub będącej przedmiotem współwłasności.</w:t>
      </w:r>
    </w:p>
    <w:p w14:paraId="28D3C0C0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                   </w:t>
      </w:r>
    </w:p>
    <w:p w14:paraId="5E963FD1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                   </w:t>
      </w:r>
    </w:p>
    <w:p w14:paraId="451B2C5D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Będąc właścicielem / współwłaścicielem* nieruchomości zlokalizowanej:    </w:t>
      </w:r>
    </w:p>
    <w:tbl>
      <w:tblPr>
        <w:tblStyle w:val="Tabela-Siatka1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C018E8" w:rsidRPr="00C018E8" w14:paraId="3941CC81" w14:textId="77777777" w:rsidTr="006072CA">
        <w:tc>
          <w:tcPr>
            <w:tcW w:w="9351" w:type="dxa"/>
            <w:tcBorders>
              <w:bottom w:val="single" w:sz="4" w:space="0" w:color="auto"/>
            </w:tcBorders>
          </w:tcPr>
          <w:p w14:paraId="3E81B3CB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10DB3B94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45896585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43088778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</w:tc>
      </w:tr>
      <w:tr w:rsidR="00C018E8" w:rsidRPr="00C018E8" w14:paraId="75E6B01B" w14:textId="77777777" w:rsidTr="006072CA">
        <w:tc>
          <w:tcPr>
            <w:tcW w:w="93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4F3666" w14:textId="77777777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>(adres nieruchomości i nr działki /</w:t>
            </w:r>
            <w:proofErr w:type="gramStart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działek)   </w:t>
            </w:r>
            <w:proofErr w:type="gramEnd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              </w:t>
            </w:r>
          </w:p>
        </w:tc>
      </w:tr>
    </w:tbl>
    <w:p w14:paraId="2DFEFFD5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                  </w:t>
      </w:r>
    </w:p>
    <w:p w14:paraId="2AA96A51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oświadczam, iż wyrażam zgodę na realizację przez:            </w:t>
      </w:r>
    </w:p>
    <w:tbl>
      <w:tblPr>
        <w:tblStyle w:val="Tabela-Siatka1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C018E8" w:rsidRPr="00C018E8" w14:paraId="3DF9E23B" w14:textId="77777777" w:rsidTr="006072CA">
        <w:tc>
          <w:tcPr>
            <w:tcW w:w="9351" w:type="dxa"/>
            <w:tcBorders>
              <w:bottom w:val="single" w:sz="4" w:space="0" w:color="auto"/>
            </w:tcBorders>
          </w:tcPr>
          <w:p w14:paraId="40607A65" w14:textId="18A0C595" w:rsidR="00C018E8" w:rsidRDefault="00C018E8" w:rsidP="00CF4A9C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 w:rsidRPr="00CF4A9C">
              <w:rPr>
                <w:rFonts w:ascii="Aptos" w:hAnsi="Aptos" w:cs="Times New Roman"/>
                <w:sz w:val="22"/>
                <w:szCs w:val="22"/>
              </w:rPr>
              <w:t xml:space="preserve">GMINĘ </w:t>
            </w:r>
            <w:r w:rsidR="0016248A">
              <w:rPr>
                <w:rFonts w:ascii="Aptos" w:hAnsi="Aptos" w:cs="Times New Roman"/>
                <w:sz w:val="22"/>
                <w:szCs w:val="22"/>
              </w:rPr>
              <w:t>CZERWIN</w:t>
            </w:r>
          </w:p>
          <w:p w14:paraId="5F18FBEC" w14:textId="0375715B" w:rsidR="00CF4A9C" w:rsidRDefault="00CF4A9C" w:rsidP="00CF4A9C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>
              <w:rPr>
                <w:rFonts w:ascii="Aptos" w:hAnsi="Aptos" w:cs="Times New Roman"/>
                <w:sz w:val="22"/>
                <w:szCs w:val="22"/>
              </w:rPr>
              <w:t xml:space="preserve">Ul. </w:t>
            </w:r>
            <w:r w:rsidR="0016248A">
              <w:rPr>
                <w:rFonts w:ascii="Aptos" w:hAnsi="Aptos" w:cs="Times New Roman"/>
                <w:sz w:val="22"/>
                <w:szCs w:val="22"/>
              </w:rPr>
              <w:t>Plac Tysiąclecia 1, 07-407 Czerwin</w:t>
            </w:r>
          </w:p>
          <w:p w14:paraId="3A287AC0" w14:textId="08AE0F8D" w:rsidR="006072CA" w:rsidRPr="00C018E8" w:rsidRDefault="00CF4A9C" w:rsidP="00CF4A9C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>
              <w:rPr>
                <w:rFonts w:ascii="Aptos" w:hAnsi="Aptos" w:cs="Times New Roman"/>
                <w:sz w:val="22"/>
                <w:szCs w:val="22"/>
              </w:rPr>
              <w:t xml:space="preserve">NIP: </w:t>
            </w:r>
            <w:r w:rsidR="0016248A">
              <w:rPr>
                <w:rFonts w:ascii="Aptos" w:hAnsi="Aptos" w:cs="Times New Roman"/>
                <w:sz w:val="22"/>
                <w:szCs w:val="22"/>
              </w:rPr>
              <w:t>7582349619</w:t>
            </w:r>
            <w:r>
              <w:rPr>
                <w:rFonts w:ascii="Aptos" w:hAnsi="Aptos" w:cs="Times New Roman"/>
                <w:sz w:val="22"/>
                <w:szCs w:val="22"/>
              </w:rPr>
              <w:t xml:space="preserve">, REGON: </w:t>
            </w:r>
            <w:r w:rsidR="0016248A">
              <w:rPr>
                <w:rFonts w:ascii="Aptos" w:hAnsi="Aptos" w:cs="Times New Roman"/>
                <w:sz w:val="22"/>
                <w:szCs w:val="22"/>
              </w:rPr>
              <w:t>550668210</w:t>
            </w:r>
          </w:p>
        </w:tc>
      </w:tr>
      <w:tr w:rsidR="00C018E8" w:rsidRPr="00C018E8" w14:paraId="6AB5EBD8" w14:textId="77777777" w:rsidTr="006072CA">
        <w:tc>
          <w:tcPr>
            <w:tcW w:w="93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68BA0A" w14:textId="77777777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>(nazwa, adres siedziby, NIP, REGON)</w:t>
            </w:r>
          </w:p>
        </w:tc>
      </w:tr>
    </w:tbl>
    <w:p w14:paraId="6025B1FB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                                                                                </w:t>
      </w:r>
    </w:p>
    <w:p w14:paraId="2129D555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operacji bezpośrednio związanej z ww. nieruchomością polegającej na:      </w:t>
      </w:r>
    </w:p>
    <w:tbl>
      <w:tblPr>
        <w:tblStyle w:val="Tabela-Siatka1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C018E8" w:rsidRPr="00C018E8" w14:paraId="102E17D6" w14:textId="77777777" w:rsidTr="006072CA">
        <w:tc>
          <w:tcPr>
            <w:tcW w:w="9351" w:type="dxa"/>
            <w:tcBorders>
              <w:bottom w:val="single" w:sz="4" w:space="0" w:color="auto"/>
            </w:tcBorders>
          </w:tcPr>
          <w:p w14:paraId="624B1E79" w14:textId="37ADC40A" w:rsidR="000645A1" w:rsidRDefault="001F25B5" w:rsidP="006072CA">
            <w:pPr>
              <w:rPr>
                <w:rFonts w:ascii="Aptos" w:hAnsi="Aptos" w:cs="Times New Roman"/>
                <w:sz w:val="22"/>
                <w:szCs w:val="22"/>
              </w:rPr>
            </w:pPr>
            <w:r w:rsidRPr="001F25B5">
              <w:rPr>
                <w:rFonts w:ascii="Aptos" w:hAnsi="Aptos" w:cs="Times New Roman"/>
                <w:sz w:val="22"/>
                <w:szCs w:val="22"/>
              </w:rPr>
              <w:t>przygotowani</w:t>
            </w:r>
            <w:r>
              <w:rPr>
                <w:rFonts w:ascii="Aptos" w:hAnsi="Aptos" w:cs="Times New Roman"/>
                <w:sz w:val="22"/>
                <w:szCs w:val="22"/>
              </w:rPr>
              <w:t>u</w:t>
            </w:r>
            <w:r w:rsidRPr="001F25B5">
              <w:rPr>
                <w:rFonts w:ascii="Aptos" w:hAnsi="Aptos" w:cs="Times New Roman"/>
                <w:sz w:val="22"/>
                <w:szCs w:val="22"/>
              </w:rPr>
              <w:t xml:space="preserve"> dokumentacji projektowej oraz </w:t>
            </w:r>
            <w:r w:rsidR="00C018E8" w:rsidRPr="00C018E8">
              <w:rPr>
                <w:rFonts w:ascii="Aptos" w:hAnsi="Aptos" w:cs="Times New Roman"/>
                <w:sz w:val="22"/>
                <w:szCs w:val="22"/>
              </w:rPr>
              <w:t>dostawie i montażu przydomowej oczyszczalni ścieków oraz rozruchu technologicznym</w:t>
            </w:r>
          </w:p>
          <w:p w14:paraId="5CE9EDFA" w14:textId="62CCB510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sz w:val="22"/>
                <w:szCs w:val="22"/>
              </w:rPr>
              <w:t xml:space="preserve"> </w:t>
            </w:r>
          </w:p>
          <w:p w14:paraId="6FF11E8E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</w:tc>
      </w:tr>
      <w:tr w:rsidR="00C018E8" w:rsidRPr="00C018E8" w14:paraId="07093042" w14:textId="77777777" w:rsidTr="006072CA">
        <w:tc>
          <w:tcPr>
            <w:tcW w:w="93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553619" w14:textId="77777777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(zakres </w:t>
            </w:r>
            <w:proofErr w:type="gramStart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operacji)   </w:t>
            </w:r>
            <w:proofErr w:type="gramEnd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                        </w:t>
            </w:r>
          </w:p>
        </w:tc>
      </w:tr>
    </w:tbl>
    <w:p w14:paraId="068CF8EC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               </w:t>
      </w:r>
    </w:p>
    <w:p w14:paraId="693617E6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Jednocześnie wyrażam zgodę na utrzymanie przedmiotowej operacji w okresie 5 lat od dnia wypłaty płatności końcowej. </w:t>
      </w:r>
    </w:p>
    <w:p w14:paraId="5B3FCC29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</w:p>
    <w:tbl>
      <w:tblPr>
        <w:tblStyle w:val="Tabela-Siatka1"/>
        <w:tblW w:w="9351" w:type="dxa"/>
        <w:tblLook w:val="04A0" w:firstRow="1" w:lastRow="0" w:firstColumn="1" w:lastColumn="0" w:noHBand="0" w:noVBand="1"/>
      </w:tblPr>
      <w:tblGrid>
        <w:gridCol w:w="3005"/>
        <w:gridCol w:w="1101"/>
        <w:gridCol w:w="5245"/>
      </w:tblGrid>
      <w:tr w:rsidR="00C018E8" w:rsidRPr="00C018E8" w14:paraId="37F42FC0" w14:textId="77777777" w:rsidTr="006072CA">
        <w:tc>
          <w:tcPr>
            <w:tcW w:w="3005" w:type="dxa"/>
            <w:tcBorders>
              <w:bottom w:val="single" w:sz="4" w:space="0" w:color="auto"/>
              <w:right w:val="single" w:sz="4" w:space="0" w:color="auto"/>
            </w:tcBorders>
          </w:tcPr>
          <w:p w14:paraId="39883988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3A13DAD1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26BE578C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31649B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</w:tcBorders>
          </w:tcPr>
          <w:p w14:paraId="54ED8AD7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</w:tc>
      </w:tr>
      <w:tr w:rsidR="00C018E8" w:rsidRPr="00C018E8" w14:paraId="43A9F89B" w14:textId="77777777" w:rsidTr="006072CA">
        <w:tc>
          <w:tcPr>
            <w:tcW w:w="30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D8A3D4" w14:textId="77777777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(miejscowość i </w:t>
            </w:r>
            <w:proofErr w:type="gramStart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data)   </w:t>
            </w:r>
            <w:proofErr w:type="gramEnd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     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6B11D601" w14:textId="77777777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4BC3F9" w14:textId="77777777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(czytelny podpis właściciela/ współwłaściciela* albo osoby/osób reprezentujących właściciela / współwłaściciela* </w:t>
            </w:r>
            <w:proofErr w:type="gramStart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nieruchomości)   </w:t>
            </w:r>
            <w:proofErr w:type="gramEnd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                              </w:t>
            </w:r>
          </w:p>
        </w:tc>
      </w:tr>
    </w:tbl>
    <w:p w14:paraId="607BC455" w14:textId="77777777" w:rsidR="006072CA" w:rsidRDefault="006072CA" w:rsidP="006072CA">
      <w:pPr>
        <w:spacing w:after="0" w:line="240" w:lineRule="auto"/>
        <w:rPr>
          <w:rFonts w:ascii="Aptos" w:hAnsi="Aptos"/>
          <w:b/>
          <w:lang w:val="pl-PL"/>
        </w:rPr>
      </w:pPr>
    </w:p>
    <w:p w14:paraId="1F61A672" w14:textId="77777777" w:rsidR="006072CA" w:rsidRDefault="006072CA" w:rsidP="006072CA">
      <w:pPr>
        <w:spacing w:after="0" w:line="240" w:lineRule="auto"/>
        <w:rPr>
          <w:rFonts w:ascii="Aptos" w:hAnsi="Aptos"/>
          <w:b/>
          <w:lang w:val="pl-PL"/>
        </w:rPr>
      </w:pPr>
    </w:p>
    <w:sectPr w:rsidR="006072CA" w:rsidSect="00C018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83E035F"/>
    <w:multiLevelType w:val="hybridMultilevel"/>
    <w:tmpl w:val="E33E63A8"/>
    <w:lvl w:ilvl="0" w:tplc="5B72B63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C41AA6"/>
    <w:multiLevelType w:val="hybridMultilevel"/>
    <w:tmpl w:val="1702F3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8722723">
    <w:abstractNumId w:val="8"/>
  </w:num>
  <w:num w:numId="2" w16cid:durableId="1732537657">
    <w:abstractNumId w:val="6"/>
  </w:num>
  <w:num w:numId="3" w16cid:durableId="1021323426">
    <w:abstractNumId w:val="5"/>
  </w:num>
  <w:num w:numId="4" w16cid:durableId="1234194877">
    <w:abstractNumId w:val="4"/>
  </w:num>
  <w:num w:numId="5" w16cid:durableId="242492592">
    <w:abstractNumId w:val="7"/>
  </w:num>
  <w:num w:numId="6" w16cid:durableId="1245533598">
    <w:abstractNumId w:val="3"/>
  </w:num>
  <w:num w:numId="7" w16cid:durableId="2037729339">
    <w:abstractNumId w:val="2"/>
  </w:num>
  <w:num w:numId="8" w16cid:durableId="894505723">
    <w:abstractNumId w:val="1"/>
  </w:num>
  <w:num w:numId="9" w16cid:durableId="1951624165">
    <w:abstractNumId w:val="0"/>
  </w:num>
  <w:num w:numId="10" w16cid:durableId="852887166">
    <w:abstractNumId w:val="10"/>
  </w:num>
  <w:num w:numId="11" w16cid:durableId="19261095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645A1"/>
    <w:rsid w:val="0015074B"/>
    <w:rsid w:val="0016248A"/>
    <w:rsid w:val="001F25B5"/>
    <w:rsid w:val="0029639D"/>
    <w:rsid w:val="00326F90"/>
    <w:rsid w:val="004F4066"/>
    <w:rsid w:val="006072CA"/>
    <w:rsid w:val="00623DBA"/>
    <w:rsid w:val="00671AF4"/>
    <w:rsid w:val="006A07B6"/>
    <w:rsid w:val="00993038"/>
    <w:rsid w:val="00AA1D8D"/>
    <w:rsid w:val="00B47730"/>
    <w:rsid w:val="00C018E8"/>
    <w:rsid w:val="00C224F6"/>
    <w:rsid w:val="00CB0664"/>
    <w:rsid w:val="00CE6156"/>
    <w:rsid w:val="00CF4A9C"/>
    <w:rsid w:val="00D65F1E"/>
    <w:rsid w:val="00FC693F"/>
    <w:rsid w:val="00FE0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C033D0"/>
  <w14:defaultImageDpi w14:val="330"/>
  <w15:docId w15:val="{4BFD3B22-2FEF-45B6-8E00-2119DC04C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  <w:rPr>
      <w:rFonts w:ascii="Calibri" w:hAnsi="Calibri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Tabela-Siatka1">
    <w:name w:val="Tabela - Siatka1"/>
    <w:basedOn w:val="Standardowy"/>
    <w:next w:val="Tabela-Siatka"/>
    <w:uiPriority w:val="39"/>
    <w:rsid w:val="00C018E8"/>
    <w:pPr>
      <w:spacing w:after="0" w:line="240" w:lineRule="auto"/>
    </w:pPr>
    <w:rPr>
      <w:rFonts w:eastAsia="Aptos"/>
      <w:kern w:val="2"/>
      <w:sz w:val="24"/>
      <w:szCs w:val="24"/>
      <w:lang w:val="pl-PL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E2B021BDD36CC4C9701A396A20072A9" ma:contentTypeVersion="18" ma:contentTypeDescription="Utwórz nowy dokument." ma:contentTypeScope="" ma:versionID="126806cb7631e71e6b6a1f43ebf7d50e">
  <xsd:schema xmlns:xsd="http://www.w3.org/2001/XMLSchema" xmlns:xs="http://www.w3.org/2001/XMLSchema" xmlns:p="http://schemas.microsoft.com/office/2006/metadata/properties" xmlns:ns2="d94b5ce9-0383-4f0d-bded-8fdbd4a28b59" xmlns:ns3="7665b3a0-04b6-4bd2-bd02-24097f68844a" targetNamespace="http://schemas.microsoft.com/office/2006/metadata/properties" ma:root="true" ma:fieldsID="74a5e19af453c68f42a247c65a6852ae" ns2:_="" ns3:_="">
    <xsd:import namespace="d94b5ce9-0383-4f0d-bded-8fdbd4a28b59"/>
    <xsd:import namespace="7665b3a0-04b6-4bd2-bd02-24097f6884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b5ce9-0383-4f0d-bded-8fdbd4a28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i obrazów" ma:readOnly="false" ma:fieldId="{5cf76f15-5ced-4ddc-b409-7134ff3c332f}" ma:taxonomyMulti="true" ma:sspId="142002d5-3109-4816-a9a0-01d8e4360f4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65b3a0-04b6-4bd2-bd02-24097f68844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6433b43c-1734-4f37-913d-900314015bb3}" ma:internalName="TaxCatchAll" ma:showField="CatchAllData" ma:web="7665b3a0-04b6-4bd2-bd02-24097f6884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665b3a0-04b6-4bd2-bd02-24097f68844a" xsi:nil="true"/>
    <lcf76f155ced4ddcb4097134ff3c332f xmlns="d94b5ce9-0383-4f0d-bded-8fdbd4a28b5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B87F046-C88F-48E9-995E-C0F212B077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2EBD48-6F6C-49BE-8E7E-794CA39271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4b5ce9-0383-4f0d-bded-8fdbd4a28b59"/>
    <ds:schemaRef ds:uri="7665b3a0-04b6-4bd2-bd02-24097f6884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C07D97-3AA8-4D17-98C9-3179E6AF9346}">
  <ds:schemaRefs>
    <ds:schemaRef ds:uri="http://schemas.microsoft.com/office/2006/metadata/properties"/>
    <ds:schemaRef ds:uri="http://schemas.microsoft.com/office/infopath/2007/PartnerControls"/>
    <ds:schemaRef ds:uri="7665b3a0-04b6-4bd2-bd02-24097f68844a"/>
    <ds:schemaRef ds:uri="d94b5ce9-0383-4f0d-bded-8fdbd4a28b59"/>
  </ds:schemaRefs>
</ds:datastoreItem>
</file>

<file path=customXml/itemProps4.xml><?xml version="1.0" encoding="utf-8"?>
<ds:datastoreItem xmlns:ds="http://schemas.openxmlformats.org/officeDocument/2006/customXml" ds:itemID="{EAE7B4FC-CB9D-45FE-94C2-A41073999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219</Words>
  <Characters>1317</Characters>
  <Application>Microsoft Office Word</Application>
  <DocSecurity>0</DocSecurity>
  <Lines>10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1533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czaplickaj</cp:lastModifiedBy>
  <cp:revision>4</cp:revision>
  <dcterms:created xsi:type="dcterms:W3CDTF">2025-11-03T12:12:00Z</dcterms:created>
  <dcterms:modified xsi:type="dcterms:W3CDTF">2025-11-25T14:14:00Z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0x010100BE2B021BDD36CC4C9701A396A20072A9</vt:lpwstr>
  </property>
</Properties>
</file>